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Lime Caviar Moisturiser</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SDS-LCM-001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Lime Caviar Moisturiser</w:t>
            </w:r>
          </w:p>
        </w:tc>
      </w:tr>
      <w:tr>
        <w:tc>
          <w:tcPr>
            <w:tcW w:type="dxa" w:w="4320"/>
          </w:tcPr>
          <w:p>
            <w:r/>
            <w:r>
              <w:rPr>
                <w:rFonts w:ascii="Arial" w:hAnsi="Arial"/>
                <w:b w:val="0"/>
                <w:sz w:val="18"/>
              </w:rPr>
              <w:t>Product Code</w:t>
            </w:r>
          </w:p>
        </w:tc>
        <w:tc>
          <w:tcPr>
            <w:tcW w:type="dxa" w:w="4320"/>
          </w:tcPr>
          <w:p>
            <w:r/>
            <w:r>
              <w:rPr>
                <w:rFonts w:ascii="Arial" w:hAnsi="Arial"/>
                <w:b w:val="0"/>
                <w:sz w:val="18"/>
              </w:rPr>
              <w:t>LCM</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Citronellol, Hexyl Cinnamal, 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Minty / herbal</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(Citronellol, Hexyl Cinnamal,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