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White Clay Face Mask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White Clay Face Mask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WCFM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WCFM-15GBA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15 July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Kaolin Clay, Shea Butter, Glycerin, Aloe Barbadensis Leaf Juice (Aloe Vera), Cetyl Alcohol, Niacinamide (Vitamin B3), Panthenol (Vitamin B5), Phenoxyethanol, Cucumis Sativus fruit extract (Cucumber), Ceteareth-20, Acacia Senegal Gum, Xanthan Gum, Stearic Acid, Tocopherol (Natural Vitamin E), Ethylhexylglycerin, Vanilla Planifolia Fruit Extract, Disodium EDTA, PVP, Titanium Dioxide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vanilla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7.0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15 July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