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Unscented Moisturiser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Unscented Moisturiser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UNSCM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BC-29IBA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29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5.02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29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