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Tattoo Aftercare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Tattoo Aftercare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TATTOOAF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TT-2GBA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 July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5.65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 July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