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Tattoo Aftercare Balm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 Aftercare Balm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TATTOOAF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TAB-30IBA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30 September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yellow anhydrous balm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N/A (anhydrous)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-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-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0.90 – 0.96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30 September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