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Salmon PDRN Regenerative Serum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Salmon PDRN Regenerative Serum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SDN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SDN-16IBA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16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Water (Aqua), Panthenol, Glycerin, Terminalia Ferdinandiana (Kakadu Plum) Fruit Extract, Sodium DNA, Adenosine, Hydroxyethylcellulose, Acetyl Hexapeptide-8, Resveratrol, Ethylhexylglycerin, Sodium Hyaluronate, Carbomer, Copper Tripeptide-1, Phenoxyethanol, Cyanocobalamin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Clear to slightly viscous liquid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Odourless to faint characteristic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5.7 – 6.0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5.94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16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