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Rose Water Mist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Rose Water Mist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ROSEWATE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RW-23IBA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23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Clear aqueous mist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floral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5.0 – 6.0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5.0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1,000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23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