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Peptide Firming Eye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Peptide Firming Eye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PEPTIDEF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PECM-18IBA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18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18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