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Muscle Soothing Cream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Muscle Soothing Cream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MSC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MSC-24IBA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Helianthus Annuus Seed Oil (Sunflower Oil), Cetearyl Alcohol, Caprylic/Capric Triglyceride, Mentha Arvensis Herb Oil, Butyrospermum Parkii Butter (Shea Butter), Tocopherol (Natural Vitamin E), Capsicum Annuum Resin, Phenoxyethanol, Ceteareth-20, Stearic Acid, Caprylyl Glycol, Carbomer, Dimethicone, Sodium Hydroxide, ​​Geraniol, Limonene, Linalool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 to off-white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Strong peppermint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6.5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