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Multi-Vit A Cream (Retinal + Retinol + Retinyl Palmitate)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Multi-Vit A Cream (Retinal + Retinol + Retinyl Palmitate)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MULTIVIT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MU-9IBA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9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5.4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9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