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Makeup Melting Balm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Makeup Melting Balm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MAKEUPME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MCB-4IBA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4 September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to pale yellow anhydrous balm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N/A (anhydrous)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-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-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0.90 – 0.96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4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