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Lime Caviar Serum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Lime Caviar Serum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LCS-29IBA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Glycerin, Microcitrus Australasica (Lime Caviar) Fruit Extract, Hydroxyethylcellulose, Xanthan Gum, Lactic Acid, Phenoxyethanol, Ethylhexylglycerin, Niacinamide, Citrus Aurantifolia (Lime) Oil, Parfum, Citronellol, Limonene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Clear to pale green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Fresh lime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4.0 – 6.0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29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