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Lavender Night Mist</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Lavender Night Mist</w:t>
            </w:r>
          </w:p>
        </w:tc>
      </w:tr>
      <w:tr>
        <w:tc>
          <w:tcPr>
            <w:tcW w:type="dxa" w:w="4320"/>
          </w:tcPr>
          <w:p>
            <w:r/>
            <w:r>
              <w:rPr>
                <w:rFonts w:ascii="Calibri" w:hAnsi="Calibri"/>
                <w:b w:val="0"/>
                <w:sz w:val="18"/>
              </w:rPr>
              <w:t>Product Code</w:t>
            </w:r>
          </w:p>
        </w:tc>
        <w:tc>
          <w:tcPr>
            <w:tcW w:type="dxa" w:w="4320"/>
          </w:tcPr>
          <w:p>
            <w:r/>
            <w:r>
              <w:rPr>
                <w:rFonts w:ascii="Calibri" w:hAnsi="Calibri"/>
                <w:b w:val="0"/>
                <w:sz w:val="18"/>
              </w:rPr>
              <w:t>LNM</w:t>
            </w:r>
          </w:p>
        </w:tc>
      </w:tr>
      <w:tr>
        <w:tc>
          <w:tcPr>
            <w:tcW w:type="dxa" w:w="4320"/>
          </w:tcPr>
          <w:p>
            <w:r/>
            <w:r>
              <w:rPr>
                <w:rFonts w:ascii="Calibri" w:hAnsi="Calibri"/>
                <w:b w:val="0"/>
                <w:sz w:val="18"/>
              </w:rPr>
              <w:t>Batch Number</w:t>
            </w:r>
          </w:p>
        </w:tc>
        <w:tc>
          <w:tcPr>
            <w:tcW w:type="dxa" w:w="4320"/>
          </w:tcPr>
          <w:p>
            <w:r/>
            <w:r>
              <w:rPr>
                <w:rFonts w:ascii="Calibri" w:hAnsi="Calibri"/>
                <w:b w:val="0"/>
                <w:sz w:val="18"/>
              </w:rPr>
              <w:t>LV-17CBA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17 March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(Demineralised Water), Ethanol, Glycerin, Niacinamide, Lavandula Angustifolia (Lavender) Oil, Parfum, Citrus Aurantium Bergamia (Bergamot) Fruit Oil, Aloe Barbadensis Leaf Juice Powder, Cucumis Sativus (Cucumber) Fruit Extract, Lactic Acid, Phenoxyethanol, Polysorbate 80, Ethylhexylglycerin, Disodium EDTA, Benzyl Benzoate,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Lavender / vanilla</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4.5 – 6.0</w:t>
            </w:r>
          </w:p>
        </w:tc>
        <w:tc>
          <w:tcPr>
            <w:tcW w:type="dxa" w:w="1728"/>
          </w:tcPr>
          <w:p>
            <w:r/>
            <w:r>
              <w:rPr>
                <w:rFonts w:ascii="Calibri" w:hAnsi="Calibri"/>
                <w:b w:val="0"/>
                <w:sz w:val="18"/>
              </w:rPr>
              <w:t>4.5</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17 March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