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Hyaluronic Acid Gel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Hyaluronic Acid Gel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HIA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HIA-27JAA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27 October 2025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to pale gel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5.0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27 October 2025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