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Fruit Enzyme Sheet Mask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Fruit Enzyme Sheet Mask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FS-19HBA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19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sheet mask / mask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5.53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19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