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Night Cream / Everyday Face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Night Cream / Everyday Face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MNC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MNC-9FBA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9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9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