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Night Cream / Everyday Face Cream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Night Cream / Everyday Face Cream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MNC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MNC-9FBA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9 June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cream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9 June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