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Collagen + Vitamin B + Hyaluronic Acid Gel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Collagen + Vitamin B + Hyaluronic Acid Gel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CBH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CBH-25HBA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25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gel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25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