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Collagen Lift &amp; Repair Cream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Collagen Lift &amp; Repair Cream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COLC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COLC-30FAA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30 June 2025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>Aqua (Water), Glycerin, Helianthus Annuus Seed Oil (Sunflower Oil), Cetearyl Alcohol, Butylene Glycol, Hydrolyzed Marine Collagen, Caprylic/Capric Triglyceride, Butyrospermum Parkii Butter (Shea Butter), Ascorbic Acid, Tocopherol (Natural Vitamin E), Phenoxyethanol, Ceteareth-20, Cucumis Sativus Fruit Extract, Stearic Acid, Caprylyl Glycol, Cananga Odorata Flower Oil, Parfum, Carbomer, Dimethicone, Sodium Hydroxide, Benzyl Benzoate, Limonene, Linalool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White to off-white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Floral / fruity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5.0 – 6.5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0.95 – 1.05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1,000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30 June 2025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