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Collagen + B12 Serum (Vegan)</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Collagen + B12 Serum (Vegan)</w:t>
            </w:r>
          </w:p>
        </w:tc>
      </w:tr>
      <w:tr>
        <w:tc>
          <w:tcPr>
            <w:tcW w:type="dxa" w:w="4320"/>
          </w:tcPr>
          <w:p>
            <w:r/>
            <w:r>
              <w:rPr>
                <w:rFonts w:ascii="Calibri" w:hAnsi="Calibri"/>
                <w:b w:val="0"/>
                <w:sz w:val="18"/>
              </w:rPr>
              <w:t>Product Code</w:t>
            </w:r>
          </w:p>
        </w:tc>
        <w:tc>
          <w:tcPr>
            <w:tcW w:type="dxa" w:w="4320"/>
          </w:tcPr>
          <w:p>
            <w:r/>
            <w:r>
              <w:rPr>
                <w:rFonts w:ascii="Calibri" w:hAnsi="Calibri"/>
                <w:b w:val="0"/>
                <w:sz w:val="18"/>
              </w:rPr>
              <w:t>VCS</w:t>
            </w:r>
          </w:p>
        </w:tc>
      </w:tr>
      <w:tr>
        <w:tc>
          <w:tcPr>
            <w:tcW w:type="dxa" w:w="4320"/>
          </w:tcPr>
          <w:p>
            <w:r/>
            <w:r>
              <w:rPr>
                <w:rFonts w:ascii="Calibri" w:hAnsi="Calibri"/>
                <w:b w:val="0"/>
                <w:sz w:val="18"/>
              </w:rPr>
              <w:t>Batch Number</w:t>
            </w:r>
          </w:p>
        </w:tc>
        <w:tc>
          <w:tcPr>
            <w:tcW w:type="dxa" w:w="4320"/>
          </w:tcPr>
          <w:p>
            <w:r/>
            <w:r>
              <w:rPr>
                <w:rFonts w:ascii="Calibri" w:hAnsi="Calibri"/>
                <w:b w:val="0"/>
                <w:sz w:val="18"/>
              </w:rPr>
              <w:t>COLS-3GBA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3 July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Aloe Barbadensis Leaf Juice (Aloe Vera Juice), Glycerin, Hydrolyzed Marine Collagen, Terminalia Ferdinandiana Fruit Extract, Centella Asiatica Extract, Acacia Senegal Gum, Hydroxyethylcellulose, Arctostaphylos Uva Ursi Leaf Extract, Disodium EDTA, Caprylyl/Capryl Glucoside, Phenoxyethanol, Niacinamide, Cyanocobalamin, Parfum, Ethylhexylglycerin, Citrus Bergamia Peel Oil, Benzyl Benzoate, Citral, Citronellol, Hexyl Cinnamal,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Pr>
                <w:rFonts w:ascii="Calibri" w:hAnsi="Calibri"/>
                <w:b w:val="0"/>
                <w:sz w:val="18"/>
              </w:rPr>
              <w:t xml:space="preserve">Deep red viscous liquid</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citrus / floral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5.62</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3 July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