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Barrier Repair Ceramid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arrier Repair Ceramid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ARRIER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RC-16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6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6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