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Barrier Repair Ceramide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Barrier Repair Ceramide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BARRIER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RC-16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6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6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