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Bakuchiol Oil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Bakuchiol Oil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BAKU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BKSR-29IBA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Simmondsia Chinensis Seed Oil, Bakuchiol, Ricinus Communis Seed Oil (Castor Oil), Cocos Nucifera Oil (Coconut Oil), Backhousia Citriodora Leaf Oil, Citral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Golden / amber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Light citrus / herbal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N/A (anhydrous)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-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-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0.90 – 0.96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