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BHA Cleanser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BHA Cleanser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SAC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SAC-19FBA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19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cleanser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3.5 – 4.2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3.9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19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