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After Sun Soothing Gel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After Sun Soothing Gel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AARG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HIA-17FBA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17 June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Clear to pale gel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6.5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5.5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1,000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17 June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