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Acne Spot Treatment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Acne Spot Treatment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AAC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AAC-19HBA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19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19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