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1% Vitamin A Cream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1% Vitamin A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1VITA</w:t>
            </w:r>
          </w:p>
        </w:tc>
      </w:tr>
      <w:tr>
        <w:tc>
          <w:tcPr>
            <w:tcW w:type="dxa" w:w="4320"/>
          </w:tcPr>
          <w:p>
            <w:r/>
            <w:r>
              <w:rPr>
                <w:rFonts w:ascii="Calibri" w:hAnsi="Calibri"/>
                <w:b w:val="0"/>
                <w:sz w:val="18"/>
              </w:rPr>
              <w:t>Batch Number</w:t>
            </w:r>
          </w:p>
        </w:tc>
        <w:tc>
          <w:tcPr>
            <w:tcW w:type="dxa" w:w="4320"/>
          </w:tcPr>
          <w:p>
            <w:r/>
            <w:r>
              <w:rPr>
                <w:rFonts w:ascii="Calibri" w:hAnsi="Calibri"/>
                <w:b w:val="0"/>
                <w:sz w:val="18"/>
              </w:rPr>
              <w:t>1VITA-21HBA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21 August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Aloe Barbadensis Leaf Juice Powder, Stearic Acid, Caprylic/Capric Triglyceride, Cucumis Sativus Fruit Extract, Simmondsia Chinensis Seed Oil, Cetearyl Alcohol, Ceteareth 20, Dimethicone, Citrus Aurantium Dulcis Peel Oil, Helianthus Annuus Seed Oil, Retinyl Palmitate, Bakuchiol, Niacinamide, Sodium Hyaluronate, Carbomer,  Backhousia Citriodora Leaf Oil, Tocopherol, Phenoxyethanol, Ethylhexylglycerin, Citral, Limonene</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herbal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21 August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